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015914" w14:textId="77777777" w:rsidR="008A64B8" w:rsidRPr="007A4584" w:rsidRDefault="00000000">
      <w:pPr>
        <w:spacing w:after="80"/>
        <w:jc w:val="center"/>
        <w:rPr>
          <w:lang w:val="ru-RU"/>
        </w:rPr>
      </w:pPr>
      <w:r w:rsidRPr="007A4584">
        <w:rPr>
          <w:b/>
          <w:sz w:val="32"/>
          <w:lang w:val="ru-RU"/>
        </w:rPr>
        <w:t>ОТ СТАЛИНГРАДА ДО ШКОЛЬНОЙ ДОСКИ</w:t>
      </w:r>
    </w:p>
    <w:p w14:paraId="48C31A2C" w14:textId="77777777" w:rsidR="008A64B8" w:rsidRPr="007A4584" w:rsidRDefault="00000000">
      <w:pPr>
        <w:spacing w:after="40"/>
        <w:jc w:val="center"/>
        <w:rPr>
          <w:lang w:val="ru-RU"/>
        </w:rPr>
      </w:pPr>
      <w:r w:rsidRPr="007A4584">
        <w:rPr>
          <w:i/>
          <w:lang w:val="ru-RU"/>
        </w:rPr>
        <w:t>Текст экскурсии по цифровой экспозиции</w:t>
      </w:r>
    </w:p>
    <w:p w14:paraId="7FCFF5E1" w14:textId="77777777" w:rsidR="008A64B8" w:rsidRPr="007A4584" w:rsidRDefault="00000000">
      <w:pPr>
        <w:spacing w:after="40"/>
        <w:jc w:val="center"/>
        <w:rPr>
          <w:lang w:val="ru-RU"/>
        </w:rPr>
      </w:pPr>
      <w:r w:rsidRPr="007A4584">
        <w:rPr>
          <w:sz w:val="25"/>
          <w:lang w:val="ru-RU"/>
        </w:rPr>
        <w:t>Номинация «Педагог-герой»</w:t>
      </w:r>
    </w:p>
    <w:p w14:paraId="6818A828" w14:textId="77777777" w:rsidR="008A64B8" w:rsidRPr="007A4584" w:rsidRDefault="00000000">
      <w:pPr>
        <w:spacing w:after="200"/>
        <w:jc w:val="center"/>
        <w:rPr>
          <w:lang w:val="ru-RU"/>
        </w:rPr>
      </w:pPr>
      <w:r w:rsidRPr="007A4584">
        <w:rPr>
          <w:sz w:val="25"/>
          <w:lang w:val="ru-RU"/>
        </w:rPr>
        <w:t xml:space="preserve">Всероссийская </w:t>
      </w:r>
      <w:proofErr w:type="spellStart"/>
      <w:r w:rsidRPr="007A4584">
        <w:rPr>
          <w:sz w:val="25"/>
          <w:lang w:val="ru-RU"/>
        </w:rPr>
        <w:t>исследовательско</w:t>
      </w:r>
      <w:proofErr w:type="spellEnd"/>
      <w:r w:rsidRPr="007A4584">
        <w:rPr>
          <w:sz w:val="25"/>
          <w:lang w:val="ru-RU"/>
        </w:rPr>
        <w:t>-мемориальная акция «Имя в истории образовательной организации»</w:t>
      </w:r>
    </w:p>
    <w:p w14:paraId="14F7E445" w14:textId="77777777" w:rsidR="008A64B8" w:rsidRPr="007A4584" w:rsidRDefault="00000000">
      <w:pPr>
        <w:spacing w:after="40"/>
        <w:jc w:val="center"/>
        <w:rPr>
          <w:lang w:val="ru-RU"/>
        </w:rPr>
      </w:pPr>
      <w:r w:rsidRPr="007A4584">
        <w:rPr>
          <w:sz w:val="24"/>
          <w:lang w:val="ru-RU"/>
        </w:rPr>
        <w:t>Образовательная организация: МБУДО ЦДОД «Юность» станицы Новоджерелиевской муниципального образования Брюховецкий район</w:t>
      </w:r>
    </w:p>
    <w:p w14:paraId="3D40EF18" w14:textId="3FF22B6E" w:rsidR="004D41BE" w:rsidRPr="004D41BE" w:rsidRDefault="004D41BE" w:rsidP="004D41BE">
      <w:pPr>
        <w:spacing w:after="160"/>
        <w:jc w:val="center"/>
        <w:rPr>
          <w:sz w:val="24"/>
          <w:lang w:val="ru-RU"/>
        </w:rPr>
      </w:pPr>
      <w:r w:rsidRPr="004D41BE">
        <w:rPr>
          <w:sz w:val="24"/>
          <w:lang w:val="ru-RU"/>
        </w:rPr>
        <w:t xml:space="preserve">Коллектив авторов: педагог-наставник — Шепотенко Виктория Викторовна (МБУДО ЦДОД «Юность»); обучающиеся – Шепотенко Вероника Сергеевна, Кулеш Эмма </w:t>
      </w:r>
      <w:proofErr w:type="gramStart"/>
      <w:r w:rsidRPr="004D41BE">
        <w:rPr>
          <w:sz w:val="24"/>
          <w:lang w:val="ru-RU"/>
        </w:rPr>
        <w:t>Сергеевна,  Казарян</w:t>
      </w:r>
      <w:proofErr w:type="gramEnd"/>
      <w:r w:rsidRPr="004D41BE">
        <w:rPr>
          <w:sz w:val="24"/>
          <w:lang w:val="ru-RU"/>
        </w:rPr>
        <w:t xml:space="preserve"> Валерия </w:t>
      </w:r>
      <w:proofErr w:type="spellStart"/>
      <w:r w:rsidRPr="004D41BE">
        <w:rPr>
          <w:sz w:val="24"/>
          <w:lang w:val="ru-RU"/>
        </w:rPr>
        <w:t>Азканазовна</w:t>
      </w:r>
      <w:proofErr w:type="spellEnd"/>
      <w:r w:rsidRPr="004D41BE">
        <w:rPr>
          <w:sz w:val="24"/>
          <w:lang w:val="ru-RU"/>
        </w:rPr>
        <w:t xml:space="preserve">. </w:t>
      </w:r>
    </w:p>
    <w:p w14:paraId="651A59B6" w14:textId="77777777" w:rsidR="004D41BE" w:rsidRDefault="004D41BE" w:rsidP="004D41BE">
      <w:pPr>
        <w:spacing w:after="160"/>
        <w:jc w:val="center"/>
        <w:rPr>
          <w:sz w:val="24"/>
          <w:lang w:val="ru-RU"/>
        </w:rPr>
      </w:pPr>
      <w:r w:rsidRPr="004D41BE">
        <w:rPr>
          <w:sz w:val="24"/>
          <w:lang w:val="ru-RU"/>
        </w:rPr>
        <w:t>Вид конкурсной работы: текстовая группа — текст экскурсии по экспозиции; мультимедийная группа — презентация с авторской озвучкой.</w:t>
      </w:r>
    </w:p>
    <w:p w14:paraId="75485CC6" w14:textId="487900A3" w:rsidR="008A64B8" w:rsidRPr="007A4584" w:rsidRDefault="00000000" w:rsidP="004D41BE">
      <w:pPr>
        <w:spacing w:after="160"/>
        <w:jc w:val="center"/>
        <w:rPr>
          <w:lang w:val="ru-RU"/>
        </w:rPr>
      </w:pPr>
      <w:r w:rsidRPr="007A4584">
        <w:rPr>
          <w:i/>
          <w:color w:val="8A6A3A"/>
          <w:sz w:val="25"/>
          <w:lang w:val="ru-RU"/>
        </w:rPr>
        <w:t>Память, написанная мелом</w:t>
      </w:r>
    </w:p>
    <w:p w14:paraId="741C1FFF" w14:textId="77777777" w:rsidR="008A64B8" w:rsidRPr="007A4584" w:rsidRDefault="00000000">
      <w:pPr>
        <w:spacing w:before="200" w:after="80" w:line="264" w:lineRule="auto"/>
        <w:rPr>
          <w:lang w:val="ru-RU"/>
        </w:rPr>
      </w:pPr>
      <w:r w:rsidRPr="007A4584">
        <w:rPr>
          <w:b/>
          <w:lang w:val="ru-RU"/>
        </w:rPr>
        <w:t>Вступление</w:t>
      </w:r>
    </w:p>
    <w:p w14:paraId="76047471" w14:textId="77777777" w:rsidR="008A64B8" w:rsidRPr="007A4584" w:rsidRDefault="00000000">
      <w:pPr>
        <w:spacing w:after="80"/>
        <w:ind w:firstLine="709"/>
        <w:jc w:val="both"/>
        <w:rPr>
          <w:lang w:val="ru-RU"/>
        </w:rPr>
      </w:pPr>
      <w:r w:rsidRPr="007A4584">
        <w:rPr>
          <w:lang w:val="ru-RU"/>
        </w:rPr>
        <w:t xml:space="preserve">Наша экспозиция начинается с классной комнаты. На стене — карта. На столе — указка, мел и старая фотография: человек в пиджаке, на котором не помещаются медали. Этого человека в станице знали все — Николай </w:t>
      </w:r>
      <w:proofErr w:type="spellStart"/>
      <w:r w:rsidRPr="007A4584">
        <w:rPr>
          <w:lang w:val="ru-RU"/>
        </w:rPr>
        <w:t>Деомидович</w:t>
      </w:r>
      <w:proofErr w:type="spellEnd"/>
      <w:r w:rsidRPr="007A4584">
        <w:rPr>
          <w:lang w:val="ru-RU"/>
        </w:rPr>
        <w:t xml:space="preserve"> </w:t>
      </w:r>
      <w:proofErr w:type="spellStart"/>
      <w:r w:rsidRPr="007A4584">
        <w:rPr>
          <w:lang w:val="ru-RU"/>
        </w:rPr>
        <w:t>Легкоконец</w:t>
      </w:r>
      <w:proofErr w:type="spellEnd"/>
      <w:r w:rsidRPr="007A4584">
        <w:rPr>
          <w:lang w:val="ru-RU"/>
        </w:rPr>
        <w:t>, учитель географии, завуч школы.</w:t>
      </w:r>
    </w:p>
    <w:p w14:paraId="23F4082A" w14:textId="77777777" w:rsidR="008A64B8" w:rsidRPr="007A4584" w:rsidRDefault="00000000">
      <w:pPr>
        <w:spacing w:after="80"/>
        <w:ind w:firstLine="709"/>
        <w:jc w:val="both"/>
        <w:rPr>
          <w:lang w:val="ru-RU"/>
        </w:rPr>
      </w:pPr>
      <w:r w:rsidRPr="007A4584">
        <w:rPr>
          <w:lang w:val="ru-RU"/>
        </w:rPr>
        <w:t>Мы рассказываем о нём потому, что он совершил невозможное дважды.</w:t>
      </w:r>
    </w:p>
    <w:p w14:paraId="63EA0980" w14:textId="77777777" w:rsidR="008A64B8" w:rsidRPr="007A4584" w:rsidRDefault="00000000">
      <w:pPr>
        <w:spacing w:before="200" w:after="80" w:line="264" w:lineRule="auto"/>
        <w:rPr>
          <w:lang w:val="ru-RU"/>
        </w:rPr>
      </w:pPr>
      <w:r w:rsidRPr="007A4584">
        <w:rPr>
          <w:b/>
          <w:lang w:val="ru-RU"/>
        </w:rPr>
        <w:t>1. Мальчик из станицы</w:t>
      </w:r>
    </w:p>
    <w:p w14:paraId="247B4FF7" w14:textId="77777777" w:rsidR="008A64B8" w:rsidRPr="007A4584" w:rsidRDefault="00000000">
      <w:pPr>
        <w:spacing w:after="80"/>
        <w:ind w:firstLine="709"/>
        <w:jc w:val="both"/>
        <w:rPr>
          <w:lang w:val="ru-RU"/>
        </w:rPr>
      </w:pPr>
      <w:r w:rsidRPr="007A4584">
        <w:rPr>
          <w:lang w:val="ru-RU"/>
        </w:rPr>
        <w:t xml:space="preserve">Николай </w:t>
      </w:r>
      <w:proofErr w:type="spellStart"/>
      <w:r w:rsidRPr="007A4584">
        <w:rPr>
          <w:lang w:val="ru-RU"/>
        </w:rPr>
        <w:t>Деомидович</w:t>
      </w:r>
      <w:proofErr w:type="spellEnd"/>
      <w:r w:rsidRPr="007A4584">
        <w:rPr>
          <w:lang w:val="ru-RU"/>
        </w:rPr>
        <w:t xml:space="preserve"> родился 29 августа 1921 года в станице Новоджерелиевской. Его родители всю жизнь проработали в колхозе «Серп и молот». В семье было четверо детей, Николай — второй.</w:t>
      </w:r>
    </w:p>
    <w:p w14:paraId="29B76FC1" w14:textId="77777777" w:rsidR="008A64B8" w:rsidRPr="007A4584" w:rsidRDefault="00000000">
      <w:pPr>
        <w:spacing w:after="80"/>
        <w:ind w:firstLine="709"/>
        <w:jc w:val="both"/>
        <w:rPr>
          <w:lang w:val="ru-RU"/>
        </w:rPr>
      </w:pPr>
      <w:r w:rsidRPr="007A4584">
        <w:rPr>
          <w:lang w:val="ru-RU"/>
        </w:rPr>
        <w:t>Окончив школу, он пошёл работать в колхоз: надо было поднимать младших братьев и сестёр. 3 мая 1941 года Тимашевский районный военкомат Краснодарского края призвал его в Красную Армию. До начала войны оставался месяц.</w:t>
      </w:r>
    </w:p>
    <w:p w14:paraId="7D46FB5A" w14:textId="77777777" w:rsidR="008A64B8" w:rsidRPr="007A4584" w:rsidRDefault="00000000">
      <w:pPr>
        <w:spacing w:before="200" w:after="80" w:line="264" w:lineRule="auto"/>
        <w:rPr>
          <w:lang w:val="ru-RU"/>
        </w:rPr>
      </w:pPr>
      <w:r w:rsidRPr="007A4584">
        <w:rPr>
          <w:b/>
          <w:lang w:val="ru-RU"/>
        </w:rPr>
        <w:t>2. «Поддерживал бесперебойную связь»</w:t>
      </w:r>
    </w:p>
    <w:p w14:paraId="2725AD66" w14:textId="77777777" w:rsidR="008A64B8" w:rsidRPr="007A4584" w:rsidRDefault="00000000">
      <w:pPr>
        <w:spacing w:after="80"/>
        <w:ind w:firstLine="709"/>
        <w:jc w:val="both"/>
        <w:rPr>
          <w:lang w:val="ru-RU"/>
        </w:rPr>
      </w:pPr>
      <w:r w:rsidRPr="007A4584">
        <w:rPr>
          <w:lang w:val="ru-RU"/>
        </w:rPr>
        <w:t xml:space="preserve">Сержант </w:t>
      </w:r>
      <w:proofErr w:type="spellStart"/>
      <w:r w:rsidRPr="007A4584">
        <w:rPr>
          <w:lang w:val="ru-RU"/>
        </w:rPr>
        <w:t>Легкоконец</w:t>
      </w:r>
      <w:proofErr w:type="spellEnd"/>
      <w:r w:rsidRPr="007A4584">
        <w:rPr>
          <w:lang w:val="ru-RU"/>
        </w:rPr>
        <w:t xml:space="preserve"> служил заместителем начальника радиостанции 517-го отдельного батальона связи 197-й стрелковой дивизии. Дивизия формировалась в Краснодарском крае, в Армавире, а в мае 1942 года ушла на фронт по маршруту Армавир — Тихорецк — Сальск — Сталинград.</w:t>
      </w:r>
    </w:p>
    <w:p w14:paraId="6B79E5B6" w14:textId="77777777" w:rsidR="008A64B8" w:rsidRPr="007A4584" w:rsidRDefault="00000000">
      <w:pPr>
        <w:spacing w:after="80"/>
        <w:ind w:firstLine="709"/>
        <w:jc w:val="both"/>
        <w:rPr>
          <w:lang w:val="ru-RU"/>
        </w:rPr>
      </w:pPr>
      <w:r w:rsidRPr="007A4584">
        <w:rPr>
          <w:lang w:val="ru-RU"/>
        </w:rPr>
        <w:t>В личном листке по учёту кадров он записан как старший радиотелеграфист 197-й дивизии, 3-й и 2-й Украинские фронты. А начинал иначе: в 1941-м — миномётчик 710-го стрелкового полка, тяжело ранен; затем старшина батареи 101-го гаубичного артиллерийского полка.</w:t>
      </w:r>
    </w:p>
    <w:p w14:paraId="3E6E7825" w14:textId="77777777" w:rsidR="008A64B8" w:rsidRPr="007A4584" w:rsidRDefault="00000000">
      <w:pPr>
        <w:spacing w:after="80"/>
        <w:ind w:firstLine="709"/>
        <w:jc w:val="both"/>
        <w:rPr>
          <w:lang w:val="ru-RU"/>
        </w:rPr>
      </w:pPr>
      <w:r w:rsidRPr="007A4584">
        <w:rPr>
          <w:lang w:val="ru-RU"/>
        </w:rPr>
        <w:t xml:space="preserve">Сохранился наградной лист, подписанный 23 декабря 1942 года. В графе «Краткое, конкретное изложение личного боевого подвига или заслуги» командир батальона написал: «проявил себя как </w:t>
      </w:r>
      <w:proofErr w:type="spellStart"/>
      <w:r w:rsidRPr="007A4584">
        <w:rPr>
          <w:lang w:val="ru-RU"/>
        </w:rPr>
        <w:t>высокодисциплинированный</w:t>
      </w:r>
      <w:proofErr w:type="spellEnd"/>
      <w:r w:rsidRPr="007A4584">
        <w:rPr>
          <w:lang w:val="ru-RU"/>
        </w:rPr>
        <w:t xml:space="preserve">, отлично знающий </w:t>
      </w:r>
      <w:r w:rsidRPr="007A4584">
        <w:rPr>
          <w:lang w:val="ru-RU"/>
        </w:rPr>
        <w:lastRenderedPageBreak/>
        <w:t>своё дело и преданный своей Родине. В сложных условиях боевой работы неизменно отдавал все свои знания и силы… поддерживал бесперебойную связь».</w:t>
      </w:r>
    </w:p>
    <w:p w14:paraId="2F03F531" w14:textId="77777777" w:rsidR="008A64B8" w:rsidRPr="007A4584" w:rsidRDefault="00000000">
      <w:pPr>
        <w:spacing w:after="80"/>
        <w:ind w:firstLine="709"/>
        <w:jc w:val="both"/>
        <w:rPr>
          <w:lang w:val="ru-RU"/>
        </w:rPr>
      </w:pPr>
      <w:r w:rsidRPr="007A4584">
        <w:rPr>
          <w:lang w:val="ru-RU"/>
        </w:rPr>
        <w:t xml:space="preserve">31 декабря 1942 года сержант </w:t>
      </w:r>
      <w:proofErr w:type="spellStart"/>
      <w:r w:rsidRPr="007A4584">
        <w:rPr>
          <w:lang w:val="ru-RU"/>
        </w:rPr>
        <w:t>Легкоконец</w:t>
      </w:r>
      <w:proofErr w:type="spellEnd"/>
      <w:r w:rsidRPr="007A4584">
        <w:rPr>
          <w:lang w:val="ru-RU"/>
        </w:rPr>
        <w:t xml:space="preserve"> был награждён медалью «За боевые заслуги».</w:t>
      </w:r>
    </w:p>
    <w:p w14:paraId="45E212CC" w14:textId="77777777" w:rsidR="008A64B8" w:rsidRPr="007A4584" w:rsidRDefault="00000000">
      <w:pPr>
        <w:spacing w:before="200" w:after="80" w:line="264" w:lineRule="auto"/>
        <w:rPr>
          <w:lang w:val="ru-RU"/>
        </w:rPr>
      </w:pPr>
      <w:r w:rsidRPr="007A4584">
        <w:rPr>
          <w:b/>
          <w:lang w:val="ru-RU"/>
        </w:rPr>
        <w:t>3. Сталинград</w:t>
      </w:r>
    </w:p>
    <w:p w14:paraId="0CF7E638" w14:textId="77777777" w:rsidR="008A64B8" w:rsidRPr="007A4584" w:rsidRDefault="00000000">
      <w:pPr>
        <w:spacing w:after="80"/>
        <w:ind w:firstLine="709"/>
        <w:jc w:val="both"/>
        <w:rPr>
          <w:lang w:val="ru-RU"/>
        </w:rPr>
      </w:pPr>
      <w:r w:rsidRPr="007A4584">
        <w:rPr>
          <w:lang w:val="ru-RU"/>
        </w:rPr>
        <w:t>Это были дни Сталинградской битвы. Связь тогда была вопросом жизни: без неё не шёл приказ, не приходила поддержка, не было известно, где свои.</w:t>
      </w:r>
    </w:p>
    <w:p w14:paraId="1D47981C" w14:textId="77777777" w:rsidR="008A64B8" w:rsidRPr="007A4584" w:rsidRDefault="00000000">
      <w:pPr>
        <w:spacing w:after="80"/>
        <w:ind w:firstLine="709"/>
        <w:jc w:val="both"/>
        <w:rPr>
          <w:lang w:val="ru-RU"/>
        </w:rPr>
      </w:pPr>
      <w:r w:rsidRPr="007A4584">
        <w:rPr>
          <w:lang w:val="ru-RU"/>
        </w:rPr>
        <w:t>Дивизия держала Еланский плацдарм, а 19 ноября 1942 года пошла в наступление — на окружение врага. За оборону города 3 января 1943 года она была преобразована в 59-ю гвардейскую.</w:t>
      </w:r>
    </w:p>
    <w:p w14:paraId="5EA332A0" w14:textId="77777777" w:rsidR="008A64B8" w:rsidRPr="007A4584" w:rsidRDefault="00000000">
      <w:pPr>
        <w:spacing w:after="80"/>
        <w:ind w:firstLine="709"/>
        <w:jc w:val="both"/>
        <w:rPr>
          <w:lang w:val="ru-RU"/>
        </w:rPr>
      </w:pPr>
      <w:r w:rsidRPr="007A4584">
        <w:rPr>
          <w:lang w:val="ru-RU"/>
        </w:rPr>
        <w:t>Дальше были Ворошиловград, Краматорск, Запорожье, Никополь, Одесса, Измаил, Бендеры; Румыния, Болгария, Венгрия, Австрия. 8 октября 1944 года он был награждён орденом Красной Звезды.</w:t>
      </w:r>
    </w:p>
    <w:p w14:paraId="35DA16C4" w14:textId="77777777" w:rsidR="008A64B8" w:rsidRPr="007A4584" w:rsidRDefault="00000000">
      <w:pPr>
        <w:spacing w:before="200" w:after="80" w:line="264" w:lineRule="auto"/>
        <w:rPr>
          <w:lang w:val="ru-RU"/>
        </w:rPr>
      </w:pPr>
      <w:r w:rsidRPr="007A4584">
        <w:rPr>
          <w:b/>
          <w:lang w:val="ru-RU"/>
        </w:rPr>
        <w:t>4. Тринадцать дней до Победы</w:t>
      </w:r>
    </w:p>
    <w:p w14:paraId="0AA83399" w14:textId="77777777" w:rsidR="008A64B8" w:rsidRPr="007A4584" w:rsidRDefault="00000000">
      <w:pPr>
        <w:spacing w:after="80"/>
        <w:ind w:firstLine="709"/>
        <w:jc w:val="both"/>
        <w:rPr>
          <w:lang w:val="ru-RU"/>
        </w:rPr>
      </w:pPr>
      <w:r w:rsidRPr="007A4584">
        <w:rPr>
          <w:lang w:val="ru-RU"/>
        </w:rPr>
        <w:t>18 октября 1944 года он получил огнестрельное ранение в ногу — на 2-м Украинском фронте. Семь месяцев — эвакогоспиталь в Махачкале. 26 апреля 1945 года его признали инвалидом второй группы. До Победы оставалось тринадцать дней.</w:t>
      </w:r>
    </w:p>
    <w:p w14:paraId="71D0389D" w14:textId="77777777" w:rsidR="008A64B8" w:rsidRPr="007A4584" w:rsidRDefault="00000000">
      <w:pPr>
        <w:spacing w:after="80"/>
        <w:ind w:firstLine="709"/>
        <w:jc w:val="both"/>
        <w:rPr>
          <w:lang w:val="ru-RU"/>
        </w:rPr>
      </w:pPr>
      <w:r w:rsidRPr="007A4584">
        <w:rPr>
          <w:lang w:val="ru-RU"/>
        </w:rPr>
        <w:t>Он не дошёл до Берлина. Он прошёл от Сталинграда до Венгрии — и вернулся домой.</w:t>
      </w:r>
    </w:p>
    <w:p w14:paraId="5C18DC8A" w14:textId="77777777" w:rsidR="008A64B8" w:rsidRPr="007A4584" w:rsidRDefault="00000000">
      <w:pPr>
        <w:spacing w:before="200" w:after="80" w:line="264" w:lineRule="auto"/>
        <w:rPr>
          <w:lang w:val="ru-RU"/>
        </w:rPr>
      </w:pPr>
      <w:r w:rsidRPr="007A4584">
        <w:rPr>
          <w:b/>
          <w:lang w:val="ru-RU"/>
        </w:rPr>
        <w:t>5. После войны</w:t>
      </w:r>
    </w:p>
    <w:p w14:paraId="40D17D90" w14:textId="77777777" w:rsidR="008A64B8" w:rsidRPr="007A4584" w:rsidRDefault="00000000">
      <w:pPr>
        <w:spacing w:after="80"/>
        <w:ind w:firstLine="709"/>
        <w:jc w:val="both"/>
        <w:rPr>
          <w:lang w:val="ru-RU"/>
        </w:rPr>
      </w:pPr>
      <w:r w:rsidRPr="007A4584">
        <w:rPr>
          <w:lang w:val="ru-RU"/>
        </w:rPr>
        <w:t>После войны он работал счетоводом-кассиром в сельхозартели «Серп и молот». В 1950 году окончил Краснодарское педагогическое училище, в 1957-м — Краснодарский педагогический институт имени 15-летия ВЛКСМ, специальность «География».</w:t>
      </w:r>
    </w:p>
    <w:p w14:paraId="3FCAD893" w14:textId="77777777" w:rsidR="008A64B8" w:rsidRPr="007A4584" w:rsidRDefault="00000000">
      <w:pPr>
        <w:spacing w:after="80"/>
        <w:ind w:firstLine="709"/>
        <w:jc w:val="both"/>
        <w:rPr>
          <w:lang w:val="ru-RU"/>
        </w:rPr>
      </w:pPr>
      <w:r w:rsidRPr="007A4584">
        <w:rPr>
          <w:lang w:val="ru-RU"/>
        </w:rPr>
        <w:t xml:space="preserve">С 15 мая 1950 года — учитель географии и организатор внеклассной работы в семилетней школе № 13 станицы Новоджерелиевской. Школа эта — та самая, что сегодня носит имя А. М. Гарбуза. Педагогический стаж Николая </w:t>
      </w:r>
      <w:proofErr w:type="spellStart"/>
      <w:r w:rsidRPr="007A4584">
        <w:rPr>
          <w:lang w:val="ru-RU"/>
        </w:rPr>
        <w:t>Деомидовича</w:t>
      </w:r>
      <w:proofErr w:type="spellEnd"/>
      <w:r w:rsidRPr="007A4584">
        <w:rPr>
          <w:lang w:val="ru-RU"/>
        </w:rPr>
        <w:t xml:space="preserve"> — более тридцати лет; в 1981 году он вышел на заслуженный отдых.</w:t>
      </w:r>
    </w:p>
    <w:p w14:paraId="63E36261" w14:textId="77777777" w:rsidR="008A64B8" w:rsidRPr="007A4584" w:rsidRDefault="00000000">
      <w:pPr>
        <w:spacing w:after="80"/>
        <w:ind w:firstLine="709"/>
        <w:jc w:val="both"/>
        <w:rPr>
          <w:lang w:val="ru-RU"/>
        </w:rPr>
      </w:pPr>
      <w:r w:rsidRPr="007A4584">
        <w:rPr>
          <w:lang w:val="ru-RU"/>
        </w:rPr>
        <w:t>Четырежды — в 1961, 1967, 1973 и 1975 годах — станичники избирали его депутатом Новоджерелиевского сельского Совета. В 1980 году он получил Почётную грамоту Министерства просвещения РСФСР.</w:t>
      </w:r>
    </w:p>
    <w:p w14:paraId="2542216B" w14:textId="77777777" w:rsidR="008A64B8" w:rsidRPr="007A4584" w:rsidRDefault="00000000">
      <w:pPr>
        <w:spacing w:after="80"/>
        <w:ind w:firstLine="709"/>
        <w:jc w:val="both"/>
        <w:rPr>
          <w:lang w:val="ru-RU"/>
        </w:rPr>
      </w:pPr>
      <w:r w:rsidRPr="007A4584">
        <w:rPr>
          <w:lang w:val="ru-RU"/>
        </w:rPr>
        <w:t xml:space="preserve">Награды: медаль «За боевые заслуги» (1942), орден Красной Звезды (1944), орден Отечественной войны </w:t>
      </w:r>
      <w:r>
        <w:t>I</w:t>
      </w:r>
      <w:r w:rsidRPr="007A4584">
        <w:rPr>
          <w:lang w:val="ru-RU"/>
        </w:rPr>
        <w:t xml:space="preserve"> степени, медаль «За Победу над Германией».</w:t>
      </w:r>
    </w:p>
    <w:p w14:paraId="7508DB36" w14:textId="77777777" w:rsidR="008A64B8" w:rsidRPr="007A4584" w:rsidRDefault="00000000">
      <w:pPr>
        <w:spacing w:after="80"/>
        <w:ind w:firstLine="709"/>
        <w:jc w:val="both"/>
        <w:rPr>
          <w:lang w:val="ru-RU"/>
        </w:rPr>
      </w:pPr>
      <w:r w:rsidRPr="007A4584">
        <w:rPr>
          <w:lang w:val="ru-RU"/>
        </w:rPr>
        <w:t>Он прошёл этот путь в двадцать лет — в шинели, с радиостанцией за плечами. А потом сорок лет показывал эти города детям на карте. О Сталинграде он рассказывал не по учебнику: он рассказывал о том, что видел сам.</w:t>
      </w:r>
    </w:p>
    <w:p w14:paraId="6FCEA28C" w14:textId="77777777" w:rsidR="008A64B8" w:rsidRPr="007A4584" w:rsidRDefault="00000000">
      <w:pPr>
        <w:spacing w:after="80"/>
        <w:ind w:firstLine="709"/>
        <w:jc w:val="both"/>
        <w:rPr>
          <w:lang w:val="ru-RU"/>
        </w:rPr>
      </w:pPr>
      <w:r w:rsidRPr="007A4584">
        <w:rPr>
          <w:lang w:val="ru-RU"/>
        </w:rPr>
        <w:t>В той же школе работали и другие педагоги — участники Великой Отечественной войны. Он был одним из них. Но, пожалуй, ни об одном из них в станице не говорили так просто и так часто: «мой учитель».</w:t>
      </w:r>
    </w:p>
    <w:p w14:paraId="653EBF7B" w14:textId="77777777" w:rsidR="008A64B8" w:rsidRPr="007A4584" w:rsidRDefault="00000000">
      <w:pPr>
        <w:spacing w:before="200" w:after="80" w:line="264" w:lineRule="auto"/>
        <w:rPr>
          <w:lang w:val="ru-RU"/>
        </w:rPr>
      </w:pPr>
      <w:r w:rsidRPr="007A4584">
        <w:rPr>
          <w:b/>
          <w:lang w:val="ru-RU"/>
        </w:rPr>
        <w:lastRenderedPageBreak/>
        <w:t>6. Связь поколений</w:t>
      </w:r>
    </w:p>
    <w:p w14:paraId="3344BDCE" w14:textId="77777777" w:rsidR="008A64B8" w:rsidRPr="007A4584" w:rsidRDefault="00000000">
      <w:pPr>
        <w:spacing w:after="80"/>
        <w:ind w:firstLine="709"/>
        <w:jc w:val="both"/>
        <w:rPr>
          <w:lang w:val="ru-RU"/>
        </w:rPr>
      </w:pPr>
      <w:r w:rsidRPr="007A4584">
        <w:rPr>
          <w:lang w:val="ru-RU"/>
        </w:rPr>
        <w:t xml:space="preserve">В Новоджерелиевском историко-археологическом музее Николай </w:t>
      </w:r>
      <w:proofErr w:type="spellStart"/>
      <w:r w:rsidRPr="007A4584">
        <w:rPr>
          <w:lang w:val="ru-RU"/>
        </w:rPr>
        <w:t>Деомидович</w:t>
      </w:r>
      <w:proofErr w:type="spellEnd"/>
      <w:r w:rsidRPr="007A4584">
        <w:rPr>
          <w:lang w:val="ru-RU"/>
        </w:rPr>
        <w:t xml:space="preserve"> вёл Уроки Мужества. На одном из них — «Сталинградская битва» — он говорил со школьниками о том, что помнил сам.</w:t>
      </w:r>
    </w:p>
    <w:p w14:paraId="6F3265CB" w14:textId="77777777" w:rsidR="008A64B8" w:rsidRPr="007A4584" w:rsidRDefault="00000000">
      <w:pPr>
        <w:spacing w:after="80"/>
        <w:ind w:firstLine="709"/>
        <w:jc w:val="both"/>
        <w:rPr>
          <w:lang w:val="ru-RU"/>
        </w:rPr>
      </w:pPr>
      <w:r w:rsidRPr="007A4584">
        <w:rPr>
          <w:lang w:val="ru-RU"/>
        </w:rPr>
        <w:t>Он не поучал и не требовал благодарности. Он просто говорил правду — и поэтому его слушали. Его жена Раиса Фёдоровна тоже была учителем начальных классов, а в станице остались дети, четверо внуков, два правнука и четыре правнучки.</w:t>
      </w:r>
    </w:p>
    <w:p w14:paraId="7B781467" w14:textId="77777777" w:rsidR="008A64B8" w:rsidRPr="007A4584" w:rsidRDefault="00000000">
      <w:pPr>
        <w:spacing w:after="80"/>
        <w:ind w:firstLine="709"/>
        <w:jc w:val="both"/>
        <w:rPr>
          <w:lang w:val="ru-RU"/>
        </w:rPr>
      </w:pPr>
      <w:r w:rsidRPr="007A4584">
        <w:rPr>
          <w:lang w:val="ru-RU"/>
        </w:rPr>
        <w:t xml:space="preserve">На одном из таких уроков — «Сталинградская битва» — вместе со школьниками была Виктория Шепотенко (в девичестве Синько). Сегодня она педагог Центра дополнительного образования детей «Юность» и наставник нашей команды, а на фотографии в музее стоит рядом с Николаем </w:t>
      </w:r>
      <w:proofErr w:type="spellStart"/>
      <w:r w:rsidRPr="007A4584">
        <w:rPr>
          <w:lang w:val="ru-RU"/>
        </w:rPr>
        <w:t>Деомидовичем</w:t>
      </w:r>
      <w:proofErr w:type="spellEnd"/>
      <w:r w:rsidRPr="007A4584">
        <w:rPr>
          <w:lang w:val="ru-RU"/>
        </w:rPr>
        <w:t>. Поэтому наша работа — не пересказ чужой биографии.</w:t>
      </w:r>
    </w:p>
    <w:p w14:paraId="48B3B6C4" w14:textId="77777777" w:rsidR="008A64B8" w:rsidRPr="007A4584" w:rsidRDefault="00000000">
      <w:pPr>
        <w:spacing w:before="200" w:after="80" w:line="264" w:lineRule="auto"/>
        <w:rPr>
          <w:lang w:val="ru-RU"/>
        </w:rPr>
      </w:pPr>
      <w:r w:rsidRPr="007A4584">
        <w:rPr>
          <w:b/>
          <w:lang w:val="ru-RU"/>
        </w:rPr>
        <w:t>Заключение</w:t>
      </w:r>
    </w:p>
    <w:p w14:paraId="31776714" w14:textId="77777777" w:rsidR="008A64B8" w:rsidRPr="007A4584" w:rsidRDefault="00000000">
      <w:pPr>
        <w:spacing w:after="80"/>
        <w:ind w:firstLine="709"/>
        <w:jc w:val="both"/>
        <w:rPr>
          <w:lang w:val="ru-RU"/>
        </w:rPr>
      </w:pPr>
      <w:r w:rsidRPr="007A4584">
        <w:rPr>
          <w:lang w:val="ru-RU"/>
        </w:rPr>
        <w:t>Он не стал маршалом и не попал в учебники. Он стал учителем — и тридцать один год объяснял детям, какой ценой достался мир.</w:t>
      </w:r>
    </w:p>
    <w:p w14:paraId="4CBA36FE" w14:textId="77777777" w:rsidR="008A64B8" w:rsidRPr="007A4584" w:rsidRDefault="00000000">
      <w:pPr>
        <w:spacing w:after="80"/>
        <w:ind w:firstLine="709"/>
        <w:jc w:val="both"/>
        <w:rPr>
          <w:lang w:val="ru-RU"/>
        </w:rPr>
      </w:pPr>
      <w:r w:rsidRPr="007A4584">
        <w:rPr>
          <w:lang w:val="ru-RU"/>
        </w:rPr>
        <w:t xml:space="preserve">Сержант </w:t>
      </w:r>
      <w:proofErr w:type="spellStart"/>
      <w:r w:rsidRPr="007A4584">
        <w:rPr>
          <w:lang w:val="ru-RU"/>
        </w:rPr>
        <w:t>Легкоконец</w:t>
      </w:r>
      <w:proofErr w:type="spellEnd"/>
      <w:r w:rsidRPr="007A4584">
        <w:rPr>
          <w:lang w:val="ru-RU"/>
        </w:rPr>
        <w:t xml:space="preserve"> воевал за то, чтобы у нас была мирная жизнь. Учитель </w:t>
      </w:r>
      <w:proofErr w:type="spellStart"/>
      <w:r w:rsidRPr="007A4584">
        <w:rPr>
          <w:lang w:val="ru-RU"/>
        </w:rPr>
        <w:t>Легкоконец</w:t>
      </w:r>
      <w:proofErr w:type="spellEnd"/>
      <w:r w:rsidRPr="007A4584">
        <w:rPr>
          <w:lang w:val="ru-RU"/>
        </w:rPr>
        <w:t xml:space="preserve"> объяснял нам, какой ценой она досталась.</w:t>
      </w:r>
    </w:p>
    <w:p w14:paraId="1EDC881D" w14:textId="77777777" w:rsidR="008A64B8" w:rsidRPr="007A4584" w:rsidRDefault="00000000">
      <w:pPr>
        <w:spacing w:after="80"/>
        <w:ind w:firstLine="709"/>
        <w:jc w:val="both"/>
        <w:rPr>
          <w:lang w:val="ru-RU"/>
        </w:rPr>
      </w:pPr>
      <w:r w:rsidRPr="007A4584">
        <w:rPr>
          <w:lang w:val="ru-RU"/>
        </w:rPr>
        <w:t xml:space="preserve">Николай </w:t>
      </w:r>
      <w:proofErr w:type="spellStart"/>
      <w:r w:rsidRPr="007A4584">
        <w:rPr>
          <w:lang w:val="ru-RU"/>
        </w:rPr>
        <w:t>Деомидович</w:t>
      </w:r>
      <w:proofErr w:type="spellEnd"/>
      <w:r w:rsidRPr="007A4584">
        <w:rPr>
          <w:lang w:val="ru-RU"/>
        </w:rPr>
        <w:t xml:space="preserve"> </w:t>
      </w:r>
      <w:proofErr w:type="spellStart"/>
      <w:r w:rsidRPr="007A4584">
        <w:rPr>
          <w:lang w:val="ru-RU"/>
        </w:rPr>
        <w:t>Легкоконец</w:t>
      </w:r>
      <w:proofErr w:type="spellEnd"/>
      <w:r w:rsidRPr="007A4584">
        <w:rPr>
          <w:lang w:val="ru-RU"/>
        </w:rPr>
        <w:t xml:space="preserve"> умер 15 ноября 2009 года и похоронен на кладбище родной станицы Новоджерелиевской.</w:t>
      </w:r>
    </w:p>
    <w:p w14:paraId="0D5E9236" w14:textId="77777777" w:rsidR="008A64B8" w:rsidRPr="007A4584" w:rsidRDefault="00000000">
      <w:pPr>
        <w:spacing w:after="240"/>
        <w:ind w:firstLine="709"/>
        <w:jc w:val="both"/>
        <w:rPr>
          <w:lang w:val="ru-RU"/>
        </w:rPr>
      </w:pPr>
      <w:r w:rsidRPr="007A4584">
        <w:rPr>
          <w:b/>
          <w:lang w:val="ru-RU"/>
        </w:rPr>
        <w:t>Народ жив, пока жива память.</w:t>
      </w:r>
    </w:p>
    <w:p w14:paraId="4431523D" w14:textId="77777777" w:rsidR="008A64B8" w:rsidRPr="007A4584" w:rsidRDefault="00000000">
      <w:pPr>
        <w:spacing w:before="200" w:after="80" w:line="264" w:lineRule="auto"/>
        <w:rPr>
          <w:lang w:val="ru-RU"/>
        </w:rPr>
      </w:pPr>
      <w:r w:rsidRPr="007A4584">
        <w:rPr>
          <w:b/>
          <w:lang w:val="ru-RU"/>
        </w:rPr>
        <w:t>Источники и архивные документы</w:t>
      </w:r>
    </w:p>
    <w:p w14:paraId="332CCA40" w14:textId="77777777" w:rsidR="008A64B8" w:rsidRPr="007A4584" w:rsidRDefault="00000000">
      <w:pPr>
        <w:spacing w:after="40"/>
        <w:rPr>
          <w:lang w:val="ru-RU"/>
        </w:rPr>
      </w:pPr>
      <w:r w:rsidRPr="007A4584">
        <w:rPr>
          <w:sz w:val="23"/>
          <w:lang w:val="ru-RU"/>
        </w:rPr>
        <w:t xml:space="preserve">1. Наградной лист сержанта </w:t>
      </w:r>
      <w:proofErr w:type="spellStart"/>
      <w:r w:rsidRPr="007A4584">
        <w:rPr>
          <w:sz w:val="23"/>
          <w:lang w:val="ru-RU"/>
        </w:rPr>
        <w:t>Легкоконца</w:t>
      </w:r>
      <w:proofErr w:type="spellEnd"/>
      <w:r w:rsidRPr="007A4584">
        <w:rPr>
          <w:sz w:val="23"/>
          <w:lang w:val="ru-RU"/>
        </w:rPr>
        <w:t xml:space="preserve"> Н. Д., 23.12.1942; наградной список 517-го отдельного батальона связи 197-й стрелковой дивизии. — ЦАМО; банки документов «Подвиг народа» и «Память народа».</w:t>
      </w:r>
    </w:p>
    <w:p w14:paraId="5857B5CA" w14:textId="77777777" w:rsidR="008A64B8" w:rsidRPr="007A4584" w:rsidRDefault="00000000">
      <w:pPr>
        <w:spacing w:after="40"/>
        <w:rPr>
          <w:lang w:val="ru-RU"/>
        </w:rPr>
      </w:pPr>
      <w:r w:rsidRPr="007A4584">
        <w:rPr>
          <w:sz w:val="23"/>
          <w:lang w:val="ru-RU"/>
        </w:rPr>
        <w:t>2. Наградные документы: медаль «За боевые заслуги», № 5/н от 31.12.1942; орден Красной Звезды, № 36/н от 08.10.1944.</w:t>
      </w:r>
    </w:p>
    <w:p w14:paraId="37E5FD98" w14:textId="77777777" w:rsidR="008A64B8" w:rsidRPr="007A4584" w:rsidRDefault="00000000">
      <w:pPr>
        <w:spacing w:after="40"/>
        <w:rPr>
          <w:lang w:val="ru-RU"/>
        </w:rPr>
      </w:pPr>
      <w:r w:rsidRPr="007A4584">
        <w:rPr>
          <w:sz w:val="23"/>
          <w:lang w:val="ru-RU"/>
        </w:rPr>
        <w:t xml:space="preserve">3. Семейный архив </w:t>
      </w:r>
      <w:proofErr w:type="spellStart"/>
      <w:r w:rsidRPr="007A4584">
        <w:rPr>
          <w:sz w:val="23"/>
          <w:lang w:val="ru-RU"/>
        </w:rPr>
        <w:t>Легкоконцов</w:t>
      </w:r>
      <w:proofErr w:type="spellEnd"/>
      <w:r w:rsidRPr="007A4584">
        <w:rPr>
          <w:sz w:val="23"/>
          <w:lang w:val="ru-RU"/>
        </w:rPr>
        <w:t>: личный листок по учёту кадров, дипломы педагогического училища (1950) и института (1957), удостоверения депутата сельского Совета (1961, 1967, 1973, 1975), почётные грамоты 1980 и 1981 гг.</w:t>
      </w:r>
    </w:p>
    <w:p w14:paraId="0D3E89B0" w14:textId="77777777" w:rsidR="008A64B8" w:rsidRPr="007A4584" w:rsidRDefault="00000000">
      <w:pPr>
        <w:spacing w:after="40"/>
        <w:rPr>
          <w:lang w:val="ru-RU"/>
        </w:rPr>
      </w:pPr>
      <w:r w:rsidRPr="007A4584">
        <w:rPr>
          <w:sz w:val="23"/>
          <w:lang w:val="ru-RU"/>
        </w:rPr>
        <w:t>4. Боевой путь 197-й стрелковой дивизии (2-го формирования) и 59-й гвардейской стрелковой дивизии.</w:t>
      </w:r>
    </w:p>
    <w:p w14:paraId="3334D3C5" w14:textId="77777777" w:rsidR="008A64B8" w:rsidRPr="007A4584" w:rsidRDefault="00000000">
      <w:pPr>
        <w:spacing w:after="40"/>
        <w:rPr>
          <w:lang w:val="ru-RU"/>
        </w:rPr>
      </w:pPr>
      <w:r w:rsidRPr="007A4584">
        <w:rPr>
          <w:sz w:val="23"/>
          <w:lang w:val="ru-RU"/>
        </w:rPr>
        <w:t>5. Материалы Новоджерелиевского историко-археологического музея; электронная Книга памяти Новоджерелиевского сельского поселения.</w:t>
      </w:r>
    </w:p>
    <w:sectPr w:rsidR="008A64B8" w:rsidRPr="007A4584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08171988">
    <w:abstractNumId w:val="8"/>
  </w:num>
  <w:num w:numId="2" w16cid:durableId="1323705490">
    <w:abstractNumId w:val="6"/>
  </w:num>
  <w:num w:numId="3" w16cid:durableId="309987745">
    <w:abstractNumId w:val="5"/>
  </w:num>
  <w:num w:numId="4" w16cid:durableId="199442906">
    <w:abstractNumId w:val="4"/>
  </w:num>
  <w:num w:numId="5" w16cid:durableId="1395543257">
    <w:abstractNumId w:val="7"/>
  </w:num>
  <w:num w:numId="6" w16cid:durableId="656540322">
    <w:abstractNumId w:val="3"/>
  </w:num>
  <w:num w:numId="7" w16cid:durableId="1031763618">
    <w:abstractNumId w:val="2"/>
  </w:num>
  <w:num w:numId="8" w16cid:durableId="1790513232">
    <w:abstractNumId w:val="1"/>
  </w:num>
  <w:num w:numId="9" w16cid:durableId="9794572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D41BE"/>
    <w:rsid w:val="007A4584"/>
    <w:rsid w:val="007B2CFF"/>
    <w:rsid w:val="008A64B8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AEB6EB45-FFB1-41EB-8ED8-BFD0C01A6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Times New Roman" w:hAnsi="Times New Roman"/>
      <w:sz w:val="26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972</Words>
  <Characters>5546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6505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Sergey Shepotenko</cp:lastModifiedBy>
  <cp:revision>3</cp:revision>
  <dcterms:created xsi:type="dcterms:W3CDTF">2013-12-23T23:15:00Z</dcterms:created>
  <dcterms:modified xsi:type="dcterms:W3CDTF">2026-10-05T19:40:00Z</dcterms:modified>
  <cp:category/>
</cp:coreProperties>
</file>